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חשובות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שם תואר לשם עצם במשפטים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היום חוגגים בישראל, בטיילת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קודם מתפללים, ואחר כך אוכלים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(קבוצת אנשים שעוזרים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(רצון חזק לפגוש מקום או אדם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 קדוש שקוראים ממנו הקסים)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הליכה פתוח בעיר)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(כלי שמגן מהשמש או מהגשם)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משפט - מה עושים בחג סיגד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לטיילת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מתפללים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אוכלים ושמחים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זה לזה על הקהילה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מה חשוב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אישית הגיונית מתקבלת, חשוב שתהיה סיבה 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לדוגמה עם משפחה, חברים או כיתה.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כתב מילה הקשורה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שהתשובה מתייחסת לעובדה אמיתית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רגשית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בקול יחד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באימוג'ים כדי לחזק את ההבנה אצל 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ציור במקום 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חג הסיגד, חג חשוב לקהילת יהודי אתיופיה, פעם ובהווה.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סיגד הוא חג של איזו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עירק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אחרי יום הכיפורים חל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קרא מתוך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התגעגעו בני הקהילה באתיופיה?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חל בכ"ט בחשון.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חוגגים את סיגד רק באתיופיה.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בני הקהילה עלו על הר ולבשו בגדים לבנים.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סיגד קודם אוכלים ורק אחר כך מתפללים.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סיגד חל בכ"ט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בני הקהילה עלו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לבשו בגדים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הקסים קראו מן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היום חוגגים על __________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החג מלמד על קהילה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שמגן מהשמש או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הליכה פתוח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אנשים שעוזרים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קדוש שקוראים ממנו הקסים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רצון חזק לפגוש מקום או אדם רחוק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בונים משפט - מה עושים בחג סיגד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מתפללים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לטיילת בירושלים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זה לזה על הקהילה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ושמחים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מה חשוב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חג שאתם אוהבים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מתי אתם מרגישים חלק מקבוצה או קהילה.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אחת חדשה שלמדתי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שהבנתי על 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הרגשתי בשיעור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