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עצם במשפטים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היום חוגגים בישראל, בטיילת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מתפללים, ואחר כך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(קבוצת אנשים שעוזרים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 חזק לפגוש מקום או אדם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קדוש שקוראים ממנו הקסים)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הליכה פתוח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שמגן מהשמש או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- מה עושים בחג סיגד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מתפללים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ושמחים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זה לזה על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הגיונית מתקבלת, חשוב שתהיה סיבה 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 עם משפחה, חברים או 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מילה הקשורה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מתייחסת לעובדה אמיתית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רגשית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באימוג'ים כדי לחזק את ההבנה אצל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ציור במקום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חג סיגד. זה חג של קהילת 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שעוזרים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קדוש שקוראים ממנו הקסים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לפגוש מקום או אדם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הליכה פתוח בעיר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של אמונה שדברים טובים יקרו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מי החג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קרא מהספר הקדוש?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הם התגעגעו?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בכ"ט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סיגד רק באתיופיה.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בני הקהילה עלו על הר ולבשו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סיגד קודם אוכלים ורק אחר כך 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בכ"ט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 הקהילה עלו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לבשו בגדים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הקסים קראו 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חוגגים על 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החג מלמד על קהילה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 חזק לפגוש מקום או אדם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הליכה פתוח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שמגן מהשמש או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 שעוזרים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קדוש שקוראים ממנו הקסים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משפט - מה עושים בחג סיגד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ושמחים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זה לזה על הקהילה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לטיילת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חג שאתם אוהבים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מתי אתם מרגישים חלק מקבוצה או קהילה.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חדשה שלמדתי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שהבנתי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הרגשתי בשיעור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