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עצם במשפטים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אנשים שעוזרים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 חזק לפגוש מקום או אדם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הליכה פתוח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- מה עושים בחג סיגד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מספרים זה לזה על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הגיונית מתקבלת, חשוב שתהיה סיבה קצרה.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מילה הקשורה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מתייחסת לעובדה אמיתית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רגשית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באימוג'ים כדי לחזק את ההבנה אצל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ציור במקום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 הסיגד, חג חשוב לקהילת יהודי אתיופיה, פעם ובהווה.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לבנים  ·  הר  ·  טיילת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הכיפורים חל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חל בכ"ט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בני הקהילה עלו על הר ולבשו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 הקהילה עלו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לבשו בגדים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היום חוגגים על __________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 חזק לפגוש מקום או אדם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הליכה פתוח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 שעוזרים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בונים משפט - מה עושים בחג סיגד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זה לזה על הקהילה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לטיילת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מה 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חג שאתם אוהבים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מילה אחת חדשה שלמדתי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דבר אחד שהבנתי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